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8F7CD" w14:textId="77777777" w:rsidR="00AF519F" w:rsidRDefault="00000000">
      <w:pPr>
        <w:spacing w:after="40"/>
      </w:pPr>
      <w:r>
        <w:rPr>
          <w:b/>
          <w:color w:val="245A7A"/>
          <w:sz w:val="48"/>
        </w:rPr>
        <w:t>EUROPASS CV</w:t>
      </w:r>
    </w:p>
    <w:p w14:paraId="3CB73A5B" w14:textId="77777777" w:rsidR="00AF519F" w:rsidRDefault="00000000">
      <w:r>
        <w:rPr>
          <w:b/>
          <w:sz w:val="22"/>
        </w:rPr>
        <w:t>OBRAZAC ZA POPUNJAVANJE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:rsidRPr="006D6D04" w14:paraId="18EDAA5A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4F6F7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C468874" w14:textId="77777777" w:rsidR="00AF519F" w:rsidRPr="006D6D04" w:rsidRDefault="00000000">
            <w:pPr>
              <w:spacing w:after="0"/>
              <w:rPr>
                <w:lang w:val="de-DE"/>
              </w:rPr>
            </w:pPr>
            <w:r>
              <w:rPr>
                <w:b/>
                <w:color w:val="245A7A"/>
                <w:sz w:val="18"/>
              </w:rPr>
              <w:t xml:space="preserve">UPUTSTVO: </w:t>
            </w:r>
            <w:r>
              <w:rPr>
                <w:sz w:val="18"/>
              </w:rPr>
              <w:t xml:space="preserve">Zamenite tekst u uglastim zagradama svojim podacima. Polja koja se ne odnose na vas možete obrisati ili ostaviti prazna. </w:t>
            </w:r>
            <w:r w:rsidRPr="006D6D04">
              <w:rPr>
                <w:sz w:val="18"/>
                <w:lang w:val="de-DE"/>
              </w:rPr>
              <w:t>Ne morate pisati formalno - dovoljno je da unesete tačne informacije.</w:t>
            </w:r>
          </w:p>
        </w:tc>
      </w:tr>
    </w:tbl>
    <w:p w14:paraId="70ACFADC" w14:textId="77777777" w:rsidR="00AF519F" w:rsidRPr="006D6D04" w:rsidRDefault="00AF519F">
      <w:pPr>
        <w:spacing w:after="4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7F2528BC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3720C4A8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1. LIČNI PODACI</w:t>
            </w:r>
          </w:p>
        </w:tc>
      </w:tr>
    </w:tbl>
    <w:p w14:paraId="4F98ADFB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97"/>
        <w:gridCol w:w="2494"/>
      </w:tblGrid>
      <w:tr w:rsidR="00AF519F" w:rsidRPr="006D6D04" w14:paraId="05DD1D1A" w14:textId="77777777">
        <w:trPr>
          <w:cantSplit/>
          <w:jc w:val="center"/>
        </w:trPr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</w:tcPr>
          <w:p w14:paraId="2F574F6D" w14:textId="77777777" w:rsidR="00AF519F" w:rsidRDefault="00AF519F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5329"/>
            </w:tblGrid>
            <w:tr w:rsidR="00AF519F" w14:paraId="1BF5FA19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38EC8E3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Ime i prezime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57BD8075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[ime i prezime]</w:t>
                  </w:r>
                </w:p>
              </w:tc>
            </w:tr>
            <w:tr w:rsidR="00AF519F" w14:paraId="3ED6B799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68852A5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Telefon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6D75B4E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[broj telefona]</w:t>
                  </w:r>
                </w:p>
              </w:tc>
            </w:tr>
            <w:tr w:rsidR="00AF519F" w14:paraId="3D6DFDB1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E4E3096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Email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8AAD9B0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[email adresa]</w:t>
                  </w:r>
                </w:p>
              </w:tc>
            </w:tr>
            <w:tr w:rsidR="00AF519F" w14:paraId="16EC8F42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3FAA5774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Adresa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4E9C30D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[ulica, broj, poštanski broj, grad, država - opciono]</w:t>
                  </w:r>
                </w:p>
              </w:tc>
            </w:tr>
            <w:tr w:rsidR="00AF519F" w14:paraId="3A7C0677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C40A009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Datum rođenja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6483092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[dd.mm.gggg - opciono]</w:t>
                  </w:r>
                </w:p>
              </w:tc>
            </w:tr>
            <w:tr w:rsidR="00AF519F" w14:paraId="1CAC9774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310CA43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Državljanstvo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62C4DAB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[opciono]</w:t>
                  </w:r>
                </w:p>
              </w:tc>
            </w:tr>
            <w:tr w:rsidR="00AF519F" w14:paraId="2E4A3D27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43AFA0F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LinkedIn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597DEC7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[link - opciono]</w:t>
                  </w:r>
                </w:p>
              </w:tc>
            </w:tr>
            <w:tr w:rsidR="00AF519F" w14:paraId="7C59AD90" w14:textId="77777777">
              <w:tc>
                <w:tcPr>
                  <w:tcW w:w="2268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shd w:val="clear" w:color="auto" w:fill="EAF2F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118D83B" w14:textId="77777777" w:rsidR="00AF519F" w:rsidRDefault="00000000">
                  <w:pPr>
                    <w:spacing w:after="0"/>
                  </w:pPr>
                  <w:r>
                    <w:rPr>
                      <w:b/>
                      <w:sz w:val="18"/>
                    </w:rPr>
                    <w:t>Portfolio / sajt</w:t>
                  </w:r>
                </w:p>
              </w:tc>
              <w:tc>
                <w:tcPr>
                  <w:tcW w:w="5329" w:type="dxa"/>
                  <w:tcBorders>
                    <w:top w:val="single" w:sz="4" w:space="0" w:color="C9D3DA"/>
                    <w:left w:val="single" w:sz="4" w:space="0" w:color="C9D3DA"/>
                    <w:bottom w:val="single" w:sz="4" w:space="0" w:color="C9D3DA"/>
                    <w:right w:val="single" w:sz="4" w:space="0" w:color="C9D3DA"/>
                  </w:tcBorders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12C522F" w14:textId="77777777" w:rsidR="00AF519F" w:rsidRDefault="00000000">
                  <w:pPr>
                    <w:spacing w:after="0"/>
                  </w:pPr>
                  <w:r>
                    <w:rPr>
                      <w:i/>
                      <w:color w:val="6E7B86"/>
                      <w:sz w:val="18"/>
                    </w:rPr>
                    <w:t>[link - opciono]</w:t>
                  </w:r>
                </w:p>
              </w:tc>
            </w:tr>
          </w:tbl>
          <w:p w14:paraId="17645B03" w14:textId="77777777" w:rsidR="00AF519F" w:rsidRDefault="00AF519F"/>
        </w:tc>
        <w:tc>
          <w:tcPr>
            <w:tcW w:w="2494" w:type="dxa"/>
            <w:tcBorders>
              <w:top w:val="single" w:sz="6" w:space="0" w:color="C9D3DA"/>
              <w:left w:val="single" w:sz="6" w:space="0" w:color="C9D3DA"/>
              <w:bottom w:val="single" w:sz="6" w:space="0" w:color="C9D3DA"/>
              <w:right w:val="single" w:sz="6" w:space="0" w:color="C9D3DA"/>
            </w:tcBorders>
            <w:shd w:val="clear" w:color="auto" w:fill="F4F6F7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0043293" w14:textId="77777777" w:rsidR="00AF519F" w:rsidRPr="006D6D04" w:rsidRDefault="00000000">
            <w:pPr>
              <w:spacing w:before="600" w:after="160"/>
              <w:jc w:val="center"/>
              <w:rPr>
                <w:lang w:val="de-DE"/>
              </w:rPr>
            </w:pPr>
            <w:r w:rsidRPr="006D6D04">
              <w:rPr>
                <w:b/>
                <w:color w:val="245A7A"/>
                <w:lang w:val="de-DE"/>
              </w:rPr>
              <w:t>FOTOGRAFIJA</w:t>
            </w:r>
          </w:p>
          <w:p w14:paraId="3C14D285" w14:textId="77777777" w:rsidR="00AF519F" w:rsidRPr="006D6D04" w:rsidRDefault="00000000">
            <w:pPr>
              <w:jc w:val="center"/>
              <w:rPr>
                <w:lang w:val="de-DE"/>
              </w:rPr>
            </w:pPr>
            <w:r w:rsidRPr="006D6D04">
              <w:rPr>
                <w:i/>
                <w:color w:val="6E7B86"/>
                <w:sz w:val="17"/>
                <w:lang w:val="de-DE"/>
              </w:rPr>
              <w:t>[opciono - ubacite fotografiju ili je pošaljite odvojeno]</w:t>
            </w:r>
          </w:p>
        </w:tc>
      </w:tr>
    </w:tbl>
    <w:p w14:paraId="0EB21530" w14:textId="77777777" w:rsidR="00AF519F" w:rsidRPr="006D6D04" w:rsidRDefault="00AF519F">
      <w:pPr>
        <w:spacing w:after="4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130E19C3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60E38264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2. ŽELJENA POZICIJA I PROFESIONALNI PROFIL</w:t>
            </w:r>
          </w:p>
        </w:tc>
      </w:tr>
    </w:tbl>
    <w:p w14:paraId="1EFF02BE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4A9C7E09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18EFA4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Željena pozicija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AE3E65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[za koji posao / poziciju konkurišete]</w:t>
            </w:r>
          </w:p>
        </w:tc>
      </w:tr>
      <w:tr w:rsidR="00AF519F" w14:paraId="416B3C2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9BF4D6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Država / tržište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0CA038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 kojoj državi tražite posao]</w:t>
            </w:r>
          </w:p>
        </w:tc>
      </w:tr>
      <w:tr w:rsidR="00AF519F" w14:paraId="7A418E75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EFFD76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Oglas za posao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DB686B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[link do oglasa - opciono]</w:t>
            </w:r>
          </w:p>
        </w:tc>
      </w:tr>
    </w:tbl>
    <w:p w14:paraId="40032A8C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67768495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4840311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Kratak profesionalni profil</w:t>
            </w:r>
          </w:p>
        </w:tc>
      </w:tr>
      <w:tr w:rsidR="00AF519F" w14:paraId="36ED0742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8C92710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[ukratko napišite čime se bavite, koliko godina iskustva imate, u čemu ste dobri i kakav posao tražite. Možete napisati jednostavno svojim rečima.]</w:t>
            </w:r>
          </w:p>
          <w:p w14:paraId="67EC6FF8" w14:textId="77777777" w:rsidR="00AF519F" w:rsidRDefault="00000000">
            <w:pPr>
              <w:spacing w:after="0"/>
            </w:pPr>
            <w:r>
              <w:t xml:space="preserve"> </w:t>
            </w:r>
          </w:p>
          <w:p w14:paraId="74907128" w14:textId="77777777" w:rsidR="00AF519F" w:rsidRDefault="00000000">
            <w:pPr>
              <w:spacing w:after="0"/>
            </w:pPr>
            <w:r>
              <w:t xml:space="preserve"> </w:t>
            </w:r>
          </w:p>
          <w:p w14:paraId="6451F33B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3E3C4D3D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08156D86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A6BE3F8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3. RADNO ISKUSTVO</w:t>
            </w:r>
          </w:p>
        </w:tc>
      </w:tr>
    </w:tbl>
    <w:p w14:paraId="39176BA5" w14:textId="77777777" w:rsidR="00AF519F" w:rsidRDefault="00AF519F">
      <w:pPr>
        <w:spacing w:after="20"/>
      </w:pPr>
    </w:p>
    <w:p w14:paraId="52897B19" w14:textId="77777777" w:rsidR="00AF519F" w:rsidRDefault="00000000">
      <w:pPr>
        <w:spacing w:after="120"/>
      </w:pPr>
      <w:r>
        <w:rPr>
          <w:i/>
          <w:color w:val="6E7B86"/>
          <w:sz w:val="18"/>
        </w:rPr>
        <w:t>Počnite od najnovijeg posla. Ako imate više od tri iskustva, kopirajte jedan blok ili dopišite ostala na kraju.</w:t>
      </w:r>
    </w:p>
    <w:p w14:paraId="7F4445F8" w14:textId="77777777" w:rsidR="00AF519F" w:rsidRDefault="00000000">
      <w:pPr>
        <w:spacing w:before="40" w:after="80"/>
      </w:pPr>
      <w:r>
        <w:rPr>
          <w:b/>
          <w:color w:val="245A7A"/>
          <w:sz w:val="21"/>
        </w:rPr>
        <w:t>RADNO ISKUSTVO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2C76DE04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3D3DC4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Pozicija / radno 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78004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naziv pozicije]</w:t>
            </w:r>
          </w:p>
        </w:tc>
      </w:tr>
      <w:tr w:rsidR="00AF519F" w14:paraId="04BA9A7C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FFAA5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Poslodavac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F78D0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firme / poslodavca]</w:t>
            </w:r>
          </w:p>
        </w:tc>
      </w:tr>
      <w:tr w:rsidR="00AF519F" w14:paraId="480F8EB4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C52F2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lastRenderedPageBreak/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AE0C02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AF519F" w14:paraId="4A903B2C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E27179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27FFE1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[mesec/godina - mesec/godina ili „trenutno“]</w:t>
            </w:r>
          </w:p>
        </w:tc>
      </w:tr>
    </w:tbl>
    <w:p w14:paraId="1A3AD80F" w14:textId="77777777" w:rsidR="00AF519F" w:rsidRDefault="00AF519F">
      <w:pPr>
        <w:spacing w:after="40"/>
      </w:pPr>
    </w:p>
    <w:p w14:paraId="21E573EA" w14:textId="6FB5409B" w:rsidR="006D6D04" w:rsidRDefault="006D6D04" w:rsidP="006D6D04">
      <w:pPr>
        <w:spacing w:before="40" w:after="80"/>
      </w:pPr>
      <w:r>
        <w:rPr>
          <w:b/>
          <w:color w:val="245A7A"/>
          <w:sz w:val="21"/>
        </w:rPr>
        <w:t xml:space="preserve">RADNO ISKUSTVO </w:t>
      </w:r>
      <w:r>
        <w:rPr>
          <w:b/>
          <w:color w:val="245A7A"/>
          <w:sz w:val="21"/>
        </w:rPr>
        <w:t>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6D6D04" w14:paraId="37034D03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9C8D0E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Pozicija / radno 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DC4300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[upišite naziv pozicije]</w:t>
            </w:r>
          </w:p>
        </w:tc>
      </w:tr>
      <w:tr w:rsidR="006D6D04" w14:paraId="14AFF40B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AE4927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Poslodavac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392791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[naziv firme / poslodavca]</w:t>
            </w:r>
          </w:p>
        </w:tc>
      </w:tr>
      <w:tr w:rsidR="006D6D04" w14:paraId="1CFEB752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201F8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8254DF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6D6D04" w14:paraId="33FE287D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CB8320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267A0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[mesec/godina - mesec/godina ili „trenutno“]</w:t>
            </w:r>
          </w:p>
        </w:tc>
      </w:tr>
    </w:tbl>
    <w:p w14:paraId="256B5696" w14:textId="77777777" w:rsidR="006D6D04" w:rsidRDefault="006D6D04">
      <w:pPr>
        <w:spacing w:after="40"/>
      </w:pPr>
    </w:p>
    <w:p w14:paraId="61053BBD" w14:textId="77777777" w:rsidR="006D6D04" w:rsidRDefault="006D6D04" w:rsidP="006D6D04">
      <w:pPr>
        <w:spacing w:before="40" w:after="80"/>
      </w:pPr>
      <w:r>
        <w:rPr>
          <w:b/>
          <w:color w:val="245A7A"/>
          <w:sz w:val="21"/>
        </w:rPr>
        <w:t>RADNO ISKUSTVO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6D6D04" w14:paraId="66127A6A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D1B008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Pozicija / radno 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5AEBBD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[upišite naziv pozicije]</w:t>
            </w:r>
          </w:p>
        </w:tc>
      </w:tr>
      <w:tr w:rsidR="006D6D04" w14:paraId="5C0E86F1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F1CA8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Poslodavac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B454E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[naziv firme / poslodavca]</w:t>
            </w:r>
          </w:p>
        </w:tc>
      </w:tr>
      <w:tr w:rsidR="006D6D04" w14:paraId="134BD4BC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5BC1F0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2BEDBA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6D6D04" w14:paraId="31D315F0" w14:textId="77777777" w:rsidTr="001F4F29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2CF3CE" w14:textId="77777777" w:rsidR="006D6D04" w:rsidRDefault="006D6D04" w:rsidP="001F4F29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218ED" w14:textId="77777777" w:rsidR="006D6D04" w:rsidRDefault="006D6D04" w:rsidP="001F4F29">
            <w:pPr>
              <w:spacing w:after="0"/>
            </w:pPr>
            <w:r>
              <w:rPr>
                <w:i/>
                <w:color w:val="6E7B86"/>
                <w:sz w:val="19"/>
              </w:rPr>
              <w:t>[mesec/godina - mesec/godina ili „trenutno“]</w:t>
            </w:r>
          </w:p>
        </w:tc>
      </w:tr>
    </w:tbl>
    <w:p w14:paraId="1C1EB4A7" w14:textId="77777777" w:rsidR="006D6D04" w:rsidRDefault="006D6D0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C497455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E7F7F74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Glavni poslovi i odgovornosti</w:t>
            </w:r>
          </w:p>
        </w:tc>
      </w:tr>
      <w:tr w:rsidR="00AF519F" w14:paraId="43619ADB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900D000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[opišite šta ste konkretno radili; navedite 3-6 glavnih zadataka, odgovornosti, alate, mašine ili programe koje ste koristili]</w:t>
            </w:r>
          </w:p>
          <w:p w14:paraId="7F3851C9" w14:textId="77777777" w:rsidR="00AF519F" w:rsidRDefault="00000000">
            <w:pPr>
              <w:spacing w:after="0"/>
            </w:pPr>
            <w:r>
              <w:t xml:space="preserve"> </w:t>
            </w:r>
          </w:p>
          <w:p w14:paraId="2EA6784B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127E9396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4844048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CF094A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Rezultati / posebne odgovornosti (opciono)</w:t>
            </w:r>
          </w:p>
        </w:tc>
      </w:tr>
      <w:tr w:rsidR="00AF519F" w14:paraId="4D2A57B1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0A2F407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vođenje tima, obuka novih radnika, projekti, ostvareni rezultati, odgovornost za klijente/budžet/opremu]</w:t>
            </w:r>
          </w:p>
          <w:p w14:paraId="3678A3A2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6C72F2F8" w14:textId="77777777" w:rsidR="00AF519F" w:rsidRDefault="00AF519F">
      <w:pPr>
        <w:spacing w:after="40"/>
      </w:pPr>
    </w:p>
    <w:p w14:paraId="10E013DA" w14:textId="77777777" w:rsidR="00AF519F" w:rsidRDefault="00000000">
      <w:pPr>
        <w:spacing w:before="40" w:after="80"/>
      </w:pPr>
      <w:r>
        <w:rPr>
          <w:b/>
          <w:color w:val="245A7A"/>
          <w:sz w:val="21"/>
        </w:rPr>
        <w:t>RADNO ISKUSTVO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5F8989C2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63A21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Pozicija / radno 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D0FD13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naziv pozicije]</w:t>
            </w:r>
          </w:p>
        </w:tc>
      </w:tr>
      <w:tr w:rsidR="00AF519F" w14:paraId="639885A5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6B8B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Poslodavac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9D54B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firme / poslodavca]</w:t>
            </w:r>
          </w:p>
        </w:tc>
      </w:tr>
      <w:tr w:rsidR="00AF519F" w14:paraId="3D0F78BB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4BFE41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5F25C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AF519F" w14:paraId="38627E5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97787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4976F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[mesec/godina - mesec/godina ili „trenutno“]</w:t>
            </w:r>
          </w:p>
        </w:tc>
      </w:tr>
    </w:tbl>
    <w:p w14:paraId="3596144B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0B79977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99553AA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Glavni poslovi i odgovornosti</w:t>
            </w:r>
          </w:p>
        </w:tc>
      </w:tr>
      <w:tr w:rsidR="00AF519F" w14:paraId="7AED90A2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E875BF9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[opišite šta ste konkretno radili; navedite 3-6 glavnih zadataka, odgovornosti, alate, mašine ili programe koje ste koristili]</w:t>
            </w:r>
          </w:p>
          <w:p w14:paraId="19E02EF5" w14:textId="77777777" w:rsidR="00AF519F" w:rsidRDefault="00000000">
            <w:pPr>
              <w:spacing w:after="0"/>
            </w:pPr>
            <w:r>
              <w:t xml:space="preserve"> </w:t>
            </w:r>
          </w:p>
          <w:p w14:paraId="48763C21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06D27E1B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328CBF47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43C90D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Rezultati / posebne odgovornosti (opciono)</w:t>
            </w:r>
          </w:p>
        </w:tc>
      </w:tr>
      <w:tr w:rsidR="00AF519F" w14:paraId="61BF0D1E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C92CB5A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lastRenderedPageBreak/>
              <w:t>[npr. vođenje tima, obuka novih radnika, projekti, ostvareni rezultati, odgovornost za klijente/budžet/opremu]</w:t>
            </w:r>
          </w:p>
          <w:p w14:paraId="06901D41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7967352D" w14:textId="77777777" w:rsidR="00AF519F" w:rsidRDefault="00AF519F">
      <w:pPr>
        <w:spacing w:after="40"/>
      </w:pPr>
    </w:p>
    <w:p w14:paraId="076FF42A" w14:textId="77777777" w:rsidR="00AF519F" w:rsidRDefault="00000000">
      <w:pPr>
        <w:spacing w:before="40" w:after="80"/>
      </w:pPr>
      <w:r>
        <w:rPr>
          <w:b/>
          <w:color w:val="245A7A"/>
          <w:sz w:val="21"/>
        </w:rPr>
        <w:t>RADNO ISKUSTVO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31312C6D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F6A9A0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Pozicija / radno 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D64C12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naziv pozicije]</w:t>
            </w:r>
          </w:p>
        </w:tc>
      </w:tr>
      <w:tr w:rsidR="00AF519F" w14:paraId="39BAB872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21BED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Poslodavac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763422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firme / poslodavca]</w:t>
            </w:r>
          </w:p>
        </w:tc>
      </w:tr>
      <w:tr w:rsidR="00AF519F" w14:paraId="27345210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2BAD1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05AFC0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AF519F" w14:paraId="1160C5B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3CE637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87A83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[mesec/godina - mesec/godina ili „trenutno“]</w:t>
            </w:r>
          </w:p>
        </w:tc>
      </w:tr>
    </w:tbl>
    <w:p w14:paraId="488DB3F4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7384E9DC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F3D7380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Glavni poslovi i odgovornosti</w:t>
            </w:r>
          </w:p>
        </w:tc>
      </w:tr>
      <w:tr w:rsidR="00AF519F" w14:paraId="398A2072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D0CA092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[opišite šta ste konkretno radili; navedite 3-6 glavnih zadataka, odgovornosti, alate, mašine ili programe koje ste koristili]</w:t>
            </w:r>
          </w:p>
          <w:p w14:paraId="7878E06B" w14:textId="77777777" w:rsidR="00AF519F" w:rsidRDefault="00000000">
            <w:pPr>
              <w:spacing w:after="0"/>
            </w:pPr>
            <w:r>
              <w:t xml:space="preserve"> </w:t>
            </w:r>
          </w:p>
          <w:p w14:paraId="504671D7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030B7901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79792A62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A2DC8B1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Rezultati / posebne odgovornosti (opciono)</w:t>
            </w:r>
          </w:p>
        </w:tc>
      </w:tr>
      <w:tr w:rsidR="00AF519F" w14:paraId="4B3EAD67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85BDAA7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vođenje tima, obuka novih radnika, projekti, ostvareni rezultati, odgovornost za klijente/budžet/opremu]</w:t>
            </w:r>
          </w:p>
          <w:p w14:paraId="36E00578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3E8F15F8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4A356A0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24AA4D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OSTALA RADNA ISKUSTVA (opciono)</w:t>
            </w:r>
          </w:p>
        </w:tc>
      </w:tr>
      <w:tr w:rsidR="00AF519F" w14:paraId="4435936E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93F15A3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[ako imate više poslova, navedite: pozicija, firma, grad/država, period i glavne zadatke]</w:t>
            </w:r>
          </w:p>
          <w:p w14:paraId="242DDC11" w14:textId="77777777" w:rsidR="00AF519F" w:rsidRDefault="00000000">
            <w:pPr>
              <w:spacing w:after="0"/>
            </w:pPr>
            <w:r>
              <w:t xml:space="preserve"> </w:t>
            </w:r>
          </w:p>
          <w:p w14:paraId="0E604774" w14:textId="77777777" w:rsidR="00AF519F" w:rsidRDefault="00000000">
            <w:pPr>
              <w:spacing w:after="0"/>
            </w:pPr>
            <w:r>
              <w:t xml:space="preserve"> </w:t>
            </w:r>
          </w:p>
          <w:p w14:paraId="1EA1E75D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5665C916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4B27F8E6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19E040F0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4. OBRAZOVANJE I OBUKE</w:t>
            </w:r>
          </w:p>
        </w:tc>
      </w:tr>
    </w:tbl>
    <w:p w14:paraId="578474DB" w14:textId="77777777" w:rsidR="00AF519F" w:rsidRDefault="00AF519F">
      <w:pPr>
        <w:spacing w:after="20"/>
      </w:pPr>
    </w:p>
    <w:p w14:paraId="0F83E594" w14:textId="77777777" w:rsidR="00AF519F" w:rsidRDefault="00000000">
      <w:pPr>
        <w:spacing w:after="120"/>
      </w:pPr>
      <w:r>
        <w:rPr>
          <w:i/>
          <w:color w:val="6E7B86"/>
          <w:sz w:val="18"/>
        </w:rPr>
        <w:t>Počnite od najnovijeg ili najvišeg relevantnog obrazovanja.</w:t>
      </w:r>
    </w:p>
    <w:p w14:paraId="520B2772" w14:textId="77777777" w:rsidR="00AF519F" w:rsidRDefault="00000000">
      <w:pPr>
        <w:spacing w:before="40" w:after="80"/>
      </w:pPr>
      <w:r>
        <w:rPr>
          <w:b/>
          <w:color w:val="245A7A"/>
          <w:sz w:val="21"/>
        </w:rPr>
        <w:t>OBRAZOVANJE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:rsidRPr="006D6D04" w14:paraId="2D1BB032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52199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Ustanova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16B49D" w14:textId="77777777" w:rsidR="00AF519F" w:rsidRPr="006D6D04" w:rsidRDefault="00000000">
            <w:pPr>
              <w:spacing w:after="0"/>
              <w:rPr>
                <w:lang w:val="de-DE"/>
              </w:rPr>
            </w:pPr>
            <w:r w:rsidRPr="006D6D04">
              <w:rPr>
                <w:i/>
                <w:color w:val="6E7B86"/>
                <w:sz w:val="19"/>
                <w:lang w:val="de-DE"/>
              </w:rPr>
              <w:t>[naziv škole, fakulteta ili druge ustanove]</w:t>
            </w:r>
          </w:p>
        </w:tc>
      </w:tr>
      <w:tr w:rsidR="00AF519F" w14:paraId="1FE09C04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433ABE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Smer / oblast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3156EE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smer ili oblast obrazovanja]</w:t>
            </w:r>
          </w:p>
        </w:tc>
      </w:tr>
      <w:tr w:rsidR="00AF519F" w14:paraId="3980177E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CDF7B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Diploma / kvalifikacija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A59634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[stečeno zvanje ili kvalifikacija]</w:t>
            </w:r>
          </w:p>
        </w:tc>
      </w:tr>
      <w:tr w:rsidR="00AF519F" w14:paraId="063A02D8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120502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56D51A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AF519F" w14:paraId="0734F48D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8BCC02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1E5879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[godina početka - godina završetka]</w:t>
            </w:r>
          </w:p>
        </w:tc>
      </w:tr>
    </w:tbl>
    <w:p w14:paraId="1596697E" w14:textId="77777777" w:rsidR="00AF519F" w:rsidRDefault="00AF519F">
      <w:pPr>
        <w:spacing w:after="40"/>
      </w:pPr>
    </w:p>
    <w:p w14:paraId="4659B6F4" w14:textId="77777777" w:rsidR="00AF519F" w:rsidRDefault="00000000">
      <w:pPr>
        <w:spacing w:before="40" w:after="80"/>
      </w:pPr>
      <w:r>
        <w:rPr>
          <w:b/>
          <w:color w:val="245A7A"/>
          <w:sz w:val="21"/>
        </w:rPr>
        <w:t>OBRAZOVANJE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:rsidRPr="006D6D04" w14:paraId="41121601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C809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Ustanova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6ED5F0" w14:textId="77777777" w:rsidR="00AF519F" w:rsidRPr="006D6D04" w:rsidRDefault="00000000">
            <w:pPr>
              <w:spacing w:after="0"/>
              <w:rPr>
                <w:lang w:val="de-DE"/>
              </w:rPr>
            </w:pPr>
            <w:r w:rsidRPr="006D6D04">
              <w:rPr>
                <w:i/>
                <w:color w:val="6E7B86"/>
                <w:sz w:val="19"/>
                <w:lang w:val="de-DE"/>
              </w:rPr>
              <w:t>[naziv škole, fakulteta ili druge ustanove]</w:t>
            </w:r>
          </w:p>
        </w:tc>
      </w:tr>
      <w:tr w:rsidR="00AF519F" w14:paraId="10E581FB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2F895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Smer / oblast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74C43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smer ili oblast obrazovanja]</w:t>
            </w:r>
          </w:p>
        </w:tc>
      </w:tr>
      <w:tr w:rsidR="00AF519F" w14:paraId="13DE315E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B83347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Diploma / kvalifikacija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94145D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[stečeno zvanje ili kvalifikacija]</w:t>
            </w:r>
          </w:p>
        </w:tc>
      </w:tr>
      <w:tr w:rsidR="00AF519F" w14:paraId="1439F073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18A71C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lastRenderedPageBreak/>
              <w:t>Mesto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CFAD59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[grad, država]</w:t>
            </w:r>
          </w:p>
        </w:tc>
      </w:tr>
      <w:tr w:rsidR="00AF519F" w14:paraId="715E668B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CA1956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Period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3ABC81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[godina početka - godina završetka]</w:t>
            </w:r>
          </w:p>
        </w:tc>
      </w:tr>
    </w:tbl>
    <w:p w14:paraId="4D90DFDA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7810DA70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49E883B0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Kursevi, seminari i stručne obuke</w:t>
            </w:r>
          </w:p>
        </w:tc>
      </w:tr>
      <w:tr w:rsidR="00AF519F" w14:paraId="53C1C2A7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9990348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kursa/obuke, ustanova ili organizator, godina, stečeni sertifikat/kvalifikacija]</w:t>
            </w:r>
          </w:p>
          <w:p w14:paraId="3E1FC017" w14:textId="77777777" w:rsidR="00AF519F" w:rsidRDefault="00000000">
            <w:pPr>
              <w:spacing w:after="0"/>
            </w:pPr>
            <w:r>
              <w:t xml:space="preserve"> </w:t>
            </w:r>
          </w:p>
          <w:p w14:paraId="63191183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4B55685E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418B1CB8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691C6FA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5. JEZIČKE VEŠTINE</w:t>
            </w:r>
          </w:p>
        </w:tc>
      </w:tr>
    </w:tbl>
    <w:p w14:paraId="10D985A7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703B5B83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92419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Maternji jezik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1A910D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jezik]</w:t>
            </w:r>
          </w:p>
        </w:tc>
      </w:tr>
      <w:tr w:rsidR="00AF519F" w14:paraId="457859F9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32AED8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Strani jezik 1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6A70DB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[jezik + nivo, npr. nemački B2]</w:t>
            </w:r>
          </w:p>
        </w:tc>
      </w:tr>
      <w:tr w:rsidR="00AF519F" w14:paraId="1756C0BE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208C2F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Sertifikat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EC20A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Goethe B2 / telc B1 - opciono]</w:t>
            </w:r>
          </w:p>
        </w:tc>
      </w:tr>
      <w:tr w:rsidR="00AF519F" w14:paraId="604A9258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2CFAF5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Strani jezik 2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48336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[jezik + nivo]</w:t>
            </w:r>
          </w:p>
        </w:tc>
      </w:tr>
      <w:tr w:rsidR="00AF519F" w14:paraId="1A05A8A7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D311B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Ostali jezici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B1AB4D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[jezik + nivo - opciono]</w:t>
            </w:r>
          </w:p>
        </w:tc>
      </w:tr>
    </w:tbl>
    <w:p w14:paraId="6623D5EC" w14:textId="77777777" w:rsidR="00AF519F" w:rsidRDefault="00AF519F">
      <w:pPr>
        <w:spacing w:after="40"/>
      </w:pPr>
    </w:p>
    <w:p w14:paraId="07D2B4FA" w14:textId="77777777" w:rsidR="00AF519F" w:rsidRDefault="00000000">
      <w:pPr>
        <w:spacing w:after="120"/>
      </w:pPr>
      <w:r>
        <w:rPr>
          <w:i/>
          <w:color w:val="6E7B86"/>
          <w:sz w:val="17"/>
        </w:rPr>
        <w:t>Nivoi: A1/A2 = osnovno, B1/B2 = samostalno, C1/C2 = napredno.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6BBEA3DA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3975800F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6. DIGITALNE I STRUČNE VEŠTINE</w:t>
            </w:r>
          </w:p>
        </w:tc>
      </w:tr>
    </w:tbl>
    <w:p w14:paraId="0BA0CB53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79B11681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2A4DCA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Digitalne veštine</w:t>
            </w:r>
          </w:p>
        </w:tc>
      </w:tr>
      <w:tr w:rsidR="00AF519F" w14:paraId="0F2F816F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9B94309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MS Word, Excel, Outlook, SAP, AutoCAD, Canva, Photoshop, CRM, Google Docs/Sheets ili drugi programi koje koristite]</w:t>
            </w:r>
          </w:p>
          <w:p w14:paraId="734D6098" w14:textId="77777777" w:rsidR="00AF519F" w:rsidRDefault="00000000">
            <w:pPr>
              <w:spacing w:after="0"/>
            </w:pPr>
            <w:r>
              <w:t xml:space="preserve"> </w:t>
            </w:r>
          </w:p>
          <w:p w14:paraId="7A7FAD7D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2C853DE4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499300A6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EA42102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Stručne veštine</w:t>
            </w:r>
          </w:p>
        </w:tc>
      </w:tr>
      <w:tr w:rsidR="00AF519F" w14:paraId="3C1A93D8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78CBF9E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elektroinstalacije, CNC, zavarivanje, nega pacijenata, prodaja, knjigovodstvo, logistika, građevinski radovi, programiranje, rad sa specifičnom opremom itd.]</w:t>
            </w:r>
          </w:p>
          <w:p w14:paraId="5D9FC5AC" w14:textId="77777777" w:rsidR="00AF519F" w:rsidRDefault="00000000">
            <w:pPr>
              <w:spacing w:after="0"/>
            </w:pPr>
            <w:r>
              <w:t xml:space="preserve"> </w:t>
            </w:r>
          </w:p>
          <w:p w14:paraId="556F36F1" w14:textId="77777777" w:rsidR="00AF519F" w:rsidRDefault="00000000">
            <w:pPr>
              <w:spacing w:after="0"/>
            </w:pPr>
            <w:r>
              <w:t xml:space="preserve"> </w:t>
            </w:r>
          </w:p>
          <w:p w14:paraId="269BA520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62A6896D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6CE52CD3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9F3112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Organizacione / komunikacione veštine</w:t>
            </w:r>
          </w:p>
        </w:tc>
      </w:tr>
      <w:tr w:rsidR="00AF519F" w14:paraId="03E899DD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EF594F0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vođenje tima, rad sa klijentima, obuka kolega, organizacija smena, rešavanje problema - opciono]</w:t>
            </w:r>
          </w:p>
          <w:p w14:paraId="1E5F7F73" w14:textId="77777777" w:rsidR="00AF519F" w:rsidRDefault="00000000">
            <w:pPr>
              <w:spacing w:after="0"/>
            </w:pPr>
            <w:r>
              <w:t xml:space="preserve"> </w:t>
            </w:r>
          </w:p>
          <w:p w14:paraId="50A92476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0D636258" w14:textId="77777777" w:rsidR="00AF519F" w:rsidRDefault="00AF519F">
      <w:pPr>
        <w:spacing w:after="40"/>
      </w:pPr>
    </w:p>
    <w:p w14:paraId="38C08025" w14:textId="77777777" w:rsidR="00AF519F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5891972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4C00CB6E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lastRenderedPageBreak/>
              <w:t>7. DOZVOLE, SERTIFIKATI I DODATNE KVALIFIKACIJE</w:t>
            </w:r>
          </w:p>
        </w:tc>
      </w:tr>
    </w:tbl>
    <w:p w14:paraId="07A20621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:rsidRPr="006D6D04" w14:paraId="6FB0EDF0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D1E00D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Vozačka dozvola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D382D" w14:textId="77777777" w:rsidR="00AF519F" w:rsidRPr="006D6D04" w:rsidRDefault="00000000">
            <w:pPr>
              <w:spacing w:after="0"/>
              <w:rPr>
                <w:lang w:val="de-DE"/>
              </w:rPr>
            </w:pPr>
            <w:r w:rsidRPr="006D6D04">
              <w:rPr>
                <w:i/>
                <w:color w:val="6E7B86"/>
                <w:sz w:val="19"/>
                <w:lang w:val="de-DE"/>
              </w:rPr>
              <w:t>[kategorije, npr. B, C, CE]</w:t>
            </w:r>
          </w:p>
        </w:tc>
      </w:tr>
      <w:tr w:rsidR="00AF519F" w14:paraId="14E60688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A4F6FD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Stručne licence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A429D7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licence + godina - opciono]</w:t>
            </w:r>
          </w:p>
        </w:tc>
      </w:tr>
      <w:tr w:rsidR="00AF519F" w14:paraId="770F4880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558AF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Sertifikati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782424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sertifikata + ustanova + godina - opciono]</w:t>
            </w:r>
          </w:p>
        </w:tc>
      </w:tr>
    </w:tbl>
    <w:p w14:paraId="205D4506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3385C5E1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52DA7A9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Druge kvalifikacije</w:t>
            </w:r>
          </w:p>
        </w:tc>
      </w:tr>
      <w:tr w:rsidR="00AF519F" w14:paraId="782BDE46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E050728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[sve druge relevantne kvalifikacije, obuke ili ovlašćenja]</w:t>
            </w:r>
          </w:p>
          <w:p w14:paraId="11F048C6" w14:textId="77777777" w:rsidR="00AF519F" w:rsidRDefault="00000000">
            <w:pPr>
              <w:spacing w:after="0"/>
            </w:pPr>
            <w:r>
              <w:t xml:space="preserve"> </w:t>
            </w:r>
          </w:p>
          <w:p w14:paraId="4A249318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45FB2C79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45A7D00A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4FE60056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8. PROJEKTI, VOLONTIRANJE I DODATNE INFORMACIJE</w:t>
            </w:r>
          </w:p>
        </w:tc>
      </w:tr>
    </w:tbl>
    <w:p w14:paraId="51E4DF95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54E6984F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46229B3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Projekti</w:t>
            </w:r>
          </w:p>
        </w:tc>
      </w:tr>
      <w:tr w:rsidR="00AF519F" w14:paraId="6A0A10AC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D6DF833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[naziv projekta, period, vaša uloga i rezultat - opciono]</w:t>
            </w:r>
          </w:p>
          <w:p w14:paraId="6ED78CC6" w14:textId="77777777" w:rsidR="00AF519F" w:rsidRDefault="00000000">
            <w:pPr>
              <w:spacing w:after="0"/>
            </w:pPr>
            <w:r>
              <w:t xml:space="preserve"> </w:t>
            </w:r>
          </w:p>
          <w:p w14:paraId="5E40765F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1F2E817C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2C21BE01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62A3435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Volontiranje</w:t>
            </w:r>
          </w:p>
        </w:tc>
      </w:tr>
      <w:tr w:rsidR="00AF519F" w14:paraId="0B4E53BA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58303A8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[organizacija, period i aktivnosti - opciono]</w:t>
            </w:r>
          </w:p>
          <w:p w14:paraId="2E300EF6" w14:textId="77777777" w:rsidR="00AF519F" w:rsidRDefault="00000000">
            <w:pPr>
              <w:spacing w:after="0"/>
            </w:pPr>
            <w:r>
              <w:t xml:space="preserve"> </w:t>
            </w:r>
          </w:p>
          <w:p w14:paraId="04BABF6C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56EEB09B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:rsidRPr="006D6D04" w14:paraId="1AEB5E13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DFA0054" w14:textId="77777777" w:rsidR="00AF519F" w:rsidRPr="006D6D04" w:rsidRDefault="00000000">
            <w:pPr>
              <w:spacing w:after="0"/>
              <w:rPr>
                <w:lang w:val="de-DE"/>
              </w:rPr>
            </w:pPr>
            <w:r w:rsidRPr="006D6D04">
              <w:rPr>
                <w:b/>
                <w:sz w:val="19"/>
                <w:lang w:val="de-DE"/>
              </w:rPr>
              <w:t>Nagrade, članstva, publikacije ili druge informacije</w:t>
            </w:r>
          </w:p>
        </w:tc>
      </w:tr>
      <w:tr w:rsidR="00AF519F" w14:paraId="44525FF5" w14:textId="77777777">
        <w:trPr>
          <w:cantSplit/>
          <w:jc w:val="center"/>
        </w:trPr>
        <w:tc>
          <w:tcPr>
            <w:tcW w:w="100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84C449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[upišite samo ono što je relevantno za posao - opciono]</w:t>
            </w:r>
          </w:p>
          <w:p w14:paraId="4A6B0600" w14:textId="77777777" w:rsidR="00AF519F" w:rsidRDefault="00000000">
            <w:pPr>
              <w:spacing w:after="0"/>
            </w:pPr>
            <w:r>
              <w:t xml:space="preserve"> </w:t>
            </w:r>
          </w:p>
          <w:p w14:paraId="06D213E8" w14:textId="77777777" w:rsidR="00AF519F" w:rsidRDefault="00000000">
            <w:pPr>
              <w:spacing w:after="0"/>
            </w:pPr>
            <w:r>
              <w:t xml:space="preserve"> </w:t>
            </w:r>
          </w:p>
        </w:tc>
      </w:tr>
    </w:tbl>
    <w:p w14:paraId="27380815" w14:textId="77777777" w:rsidR="00AF519F" w:rsidRDefault="00AF519F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91"/>
      </w:tblGrid>
      <w:tr w:rsidR="00AF519F" w14:paraId="6C7BA8A2" w14:textId="77777777">
        <w:trPr>
          <w:cantSplit/>
          <w:jc w:val="center"/>
        </w:trPr>
        <w:tc>
          <w:tcPr>
            <w:tcW w:w="10091" w:type="dxa"/>
            <w:tcBorders>
              <w:top w:val="nil"/>
              <w:left w:val="nil"/>
              <w:bottom w:val="nil"/>
              <w:right w:val="nil"/>
            </w:tcBorders>
            <w:shd w:val="clear" w:color="auto" w:fill="245A7A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B9ACB72" w14:textId="77777777" w:rsidR="00AF519F" w:rsidRDefault="00000000">
            <w:pPr>
              <w:keepNext/>
              <w:spacing w:after="0"/>
            </w:pPr>
            <w:r>
              <w:rPr>
                <w:b/>
                <w:color w:val="FFFFFF"/>
                <w:sz w:val="22"/>
              </w:rPr>
              <w:t>9. CV I DOKUMENTI</w:t>
            </w:r>
          </w:p>
        </w:tc>
      </w:tr>
    </w:tbl>
    <w:p w14:paraId="5F012EFC" w14:textId="77777777" w:rsidR="00AF519F" w:rsidRDefault="00AF519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200"/>
      </w:tblGrid>
      <w:tr w:rsidR="00AF519F" w14:paraId="723109F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74552F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Jezik CV-a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F4CB88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[npr. nemački / engleski / srpski]</w:t>
            </w:r>
          </w:p>
        </w:tc>
      </w:tr>
      <w:tr w:rsidR="00AF519F" w14:paraId="3F2A2169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58B966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Druga verzija jezika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CD6862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[ako je potrebna - opciono]</w:t>
            </w:r>
          </w:p>
        </w:tc>
      </w:tr>
      <w:tr w:rsidR="00AF519F" w14:paraId="4BAF48D5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50A09F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Motivaciono pismo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2EC7AF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[DA / NE]</w:t>
            </w:r>
          </w:p>
        </w:tc>
      </w:tr>
      <w:tr w:rsidR="00AF519F" w14:paraId="65E0A946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89FF6E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Stari CV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8CF97" w14:textId="77777777" w:rsidR="00AF519F" w:rsidRDefault="00000000">
            <w:pPr>
              <w:spacing w:after="0"/>
            </w:pPr>
            <w:r>
              <w:rPr>
                <w:i/>
                <w:color w:val="6E7B86"/>
                <w:sz w:val="19"/>
              </w:rPr>
              <w:t>[DA / NE - pošaljite odvojeno ako postoji]</w:t>
            </w:r>
          </w:p>
        </w:tc>
      </w:tr>
      <w:tr w:rsidR="00AF519F" w:rsidRPr="006D6D04" w14:paraId="1A63341E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CABEF7" w14:textId="77777777" w:rsidR="00AF519F" w:rsidRDefault="00000000">
            <w:pPr>
              <w:spacing w:after="0"/>
            </w:pPr>
            <w:r>
              <w:rPr>
                <w:b/>
                <w:sz w:val="19"/>
              </w:rPr>
              <w:t>Diplome / sertifikati</w:t>
            </w:r>
          </w:p>
        </w:tc>
        <w:tc>
          <w:tcPr>
            <w:tcW w:w="7200" w:type="dxa"/>
            <w:tcBorders>
              <w:top w:val="single" w:sz="4" w:space="0" w:color="C9D3DA"/>
              <w:left w:val="single" w:sz="4" w:space="0" w:color="C9D3DA"/>
              <w:bottom w:val="single" w:sz="4" w:space="0" w:color="C9D3DA"/>
              <w:right w:val="single" w:sz="4" w:space="0" w:color="C9D3D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CF015" w14:textId="77777777" w:rsidR="00AF519F" w:rsidRPr="006D6D04" w:rsidRDefault="00000000">
            <w:pPr>
              <w:spacing w:after="0"/>
              <w:rPr>
                <w:lang w:val="de-DE"/>
              </w:rPr>
            </w:pPr>
            <w:r w:rsidRPr="006D6D04">
              <w:rPr>
                <w:i/>
                <w:color w:val="6E7B86"/>
                <w:sz w:val="19"/>
                <w:lang w:val="de-DE"/>
              </w:rPr>
              <w:t>[DA / NE - pošaljite odvojeno ako postoje]</w:t>
            </w:r>
          </w:p>
        </w:tc>
      </w:tr>
    </w:tbl>
    <w:p w14:paraId="6AD3183F" w14:textId="77777777" w:rsidR="00AF519F" w:rsidRPr="006D6D04" w:rsidRDefault="00AF519F">
      <w:pPr>
        <w:spacing w:after="40"/>
        <w:rPr>
          <w:lang w:val="de-DE"/>
        </w:rPr>
      </w:pPr>
    </w:p>
    <w:sectPr w:rsidR="00AF519F" w:rsidRPr="006D6D04" w:rsidSect="00034616">
      <w:headerReference w:type="default" r:id="rId8"/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B090F6" w14:textId="77777777" w:rsidR="00EA5068" w:rsidRDefault="00EA5068">
      <w:pPr>
        <w:spacing w:after="0" w:line="240" w:lineRule="auto"/>
      </w:pPr>
      <w:r>
        <w:separator/>
      </w:r>
    </w:p>
  </w:endnote>
  <w:endnote w:type="continuationSeparator" w:id="0">
    <w:p w14:paraId="092311C1" w14:textId="77777777" w:rsidR="00EA5068" w:rsidRDefault="00EA5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CC956" w14:textId="77777777" w:rsidR="00AF519F" w:rsidRDefault="00000000">
    <w:pPr>
      <w:pStyle w:val="Footer"/>
      <w:jc w:val="center"/>
    </w:pPr>
    <w:r>
      <w:rPr>
        <w:color w:val="6E7B86"/>
        <w:sz w:val="16"/>
      </w:rPr>
      <w:t>Popunite samo relevantna polja. Ako vam treba više prostora, slobodno proširite tabelu ili kopirajte blok.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10584C" w14:textId="77777777" w:rsidR="00EA5068" w:rsidRDefault="00EA5068">
      <w:pPr>
        <w:spacing w:after="0" w:line="240" w:lineRule="auto"/>
      </w:pPr>
      <w:r>
        <w:separator/>
      </w:r>
    </w:p>
  </w:footnote>
  <w:footnote w:type="continuationSeparator" w:id="0">
    <w:p w14:paraId="348CCC0D" w14:textId="77777777" w:rsidR="00EA5068" w:rsidRDefault="00EA5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17F70" w14:textId="18EEAFF0" w:rsidR="00AF519F" w:rsidRDefault="00AF519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2473471">
    <w:abstractNumId w:val="8"/>
  </w:num>
  <w:num w:numId="2" w16cid:durableId="1777601153">
    <w:abstractNumId w:val="6"/>
  </w:num>
  <w:num w:numId="3" w16cid:durableId="2068457426">
    <w:abstractNumId w:val="5"/>
  </w:num>
  <w:num w:numId="4" w16cid:durableId="511456754">
    <w:abstractNumId w:val="4"/>
  </w:num>
  <w:num w:numId="5" w16cid:durableId="1790122155">
    <w:abstractNumId w:val="7"/>
  </w:num>
  <w:num w:numId="6" w16cid:durableId="1879315070">
    <w:abstractNumId w:val="3"/>
  </w:num>
  <w:num w:numId="7" w16cid:durableId="1718965847">
    <w:abstractNumId w:val="2"/>
  </w:num>
  <w:num w:numId="8" w16cid:durableId="1488474984">
    <w:abstractNumId w:val="1"/>
  </w:num>
  <w:num w:numId="9" w16cid:durableId="241457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D6D04"/>
    <w:rsid w:val="00AA1D8D"/>
    <w:rsid w:val="00AF519F"/>
    <w:rsid w:val="00B47730"/>
    <w:rsid w:val="00CB0664"/>
    <w:rsid w:val="00EA5068"/>
    <w:rsid w:val="00FC693F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159690"/>
  <w14:defaultImageDpi w14:val="300"/>
  <w15:docId w15:val="{237AA998-1B56-414B-92AC-903D2143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4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A7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A7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5A7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 - obrazac za popunjavanje</dc:title>
  <dc:subject>Word obrazac za prikupljanje podataka za Europass CV</dc:subject>
  <dc:creator>Milica Golubovic</dc:creator>
  <cp:keywords>Europass, CV, obrazac, kandidat</cp:keywords>
  <dc:description>generated by python-docx</dc:description>
  <cp:lastModifiedBy>Milica Golubovic</cp:lastModifiedBy>
  <cp:revision>2</cp:revision>
  <dcterms:created xsi:type="dcterms:W3CDTF">2026-09-01T10:09:00Z</dcterms:created>
  <dcterms:modified xsi:type="dcterms:W3CDTF">2026-09-01T10:09:00Z</dcterms:modified>
  <cp:category/>
</cp:coreProperties>
</file>